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D5ECC" w14:textId="77777777" w:rsidR="00931472" w:rsidRDefault="00977050">
      <w:pPr>
        <w:pStyle w:val="Title"/>
      </w:pPr>
      <w:r>
        <w:t>PTA Data Protection (GDPR) Policy</w:t>
      </w:r>
    </w:p>
    <w:p w14:paraId="1AAA825E" w14:textId="77777777" w:rsidR="00931472" w:rsidRDefault="00931472"/>
    <w:p w14:paraId="1A5803DA" w14:textId="77777777" w:rsidR="00931472" w:rsidRDefault="00977050">
      <w:r>
        <w:t>1. Introduction</w:t>
      </w:r>
    </w:p>
    <w:p w14:paraId="3D988269" w14:textId="77777777" w:rsidR="00931472" w:rsidRDefault="00977050">
      <w:r>
        <w:t>The PTA is committed to protecting personal data and handling it responsibly in line with UK GDPR and the Data Protection Act 2018.</w:t>
      </w:r>
    </w:p>
    <w:p w14:paraId="1ECFC32C" w14:textId="77777777" w:rsidR="00931472" w:rsidRDefault="00931472"/>
    <w:p w14:paraId="237F3E56" w14:textId="77777777" w:rsidR="00931472" w:rsidRDefault="00977050">
      <w:r>
        <w:t>2. Who We Are</w:t>
      </w:r>
    </w:p>
    <w:p w14:paraId="63872A6E" w14:textId="77777777" w:rsidR="00931472" w:rsidRDefault="00977050">
      <w:r>
        <w:t xml:space="preserve">The PTA is a voluntary </w:t>
      </w:r>
      <w:proofErr w:type="spellStart"/>
      <w:r>
        <w:t>organisation</w:t>
      </w:r>
      <w:proofErr w:type="spellEnd"/>
      <w:r>
        <w:t xml:space="preserve"> supporting the school community through fundraising and events.</w:t>
      </w:r>
    </w:p>
    <w:p w14:paraId="537398D9" w14:textId="77777777" w:rsidR="00931472" w:rsidRDefault="00977050">
      <w:r>
        <w:t>The PTA may act as a Data Controller for its own activities and as a Data Processor when handling school data.</w:t>
      </w:r>
    </w:p>
    <w:p w14:paraId="14BBA356" w14:textId="77777777" w:rsidR="00931472" w:rsidRDefault="00931472"/>
    <w:p w14:paraId="7D75E04C" w14:textId="77777777" w:rsidR="00931472" w:rsidRDefault="00977050">
      <w:r>
        <w:t>3. What Data We Collect</w:t>
      </w:r>
    </w:p>
    <w:p w14:paraId="2E2ABD72" w14:textId="77777777" w:rsidR="00931472" w:rsidRDefault="00977050">
      <w:r>
        <w:t>- Names of parents/carers</w:t>
      </w:r>
    </w:p>
    <w:p w14:paraId="38B27F3A" w14:textId="77777777" w:rsidR="00931472" w:rsidRDefault="00977050">
      <w:r>
        <w:t>- Email addresses</w:t>
      </w:r>
    </w:p>
    <w:p w14:paraId="32C7B27B" w14:textId="77777777" w:rsidR="00931472" w:rsidRDefault="00977050">
      <w:r>
        <w:t>- Phone numbers</w:t>
      </w:r>
    </w:p>
    <w:p w14:paraId="3216ED6E" w14:textId="77777777" w:rsidR="00931472" w:rsidRDefault="00977050">
      <w:r>
        <w:t>- Volunteer information</w:t>
      </w:r>
    </w:p>
    <w:p w14:paraId="349F5926" w14:textId="77777777" w:rsidR="00931472" w:rsidRDefault="00931472"/>
    <w:p w14:paraId="602BC585" w14:textId="77777777" w:rsidR="00931472" w:rsidRDefault="00977050">
      <w:r>
        <w:t>4. How We Use Personal Data</w:t>
      </w:r>
    </w:p>
    <w:p w14:paraId="0A455A6F" w14:textId="77777777" w:rsidR="00931472" w:rsidRDefault="00977050">
      <w:r>
        <w:t>- Communicate PTA news and events</w:t>
      </w:r>
    </w:p>
    <w:p w14:paraId="21AB0302" w14:textId="77777777" w:rsidR="00931472" w:rsidRDefault="00977050">
      <w:r>
        <w:t xml:space="preserve">- </w:t>
      </w:r>
      <w:proofErr w:type="spellStart"/>
      <w:r>
        <w:t>Organise</w:t>
      </w:r>
      <w:proofErr w:type="spellEnd"/>
      <w:r>
        <w:t xml:space="preserve"> fundraising and activities</w:t>
      </w:r>
    </w:p>
    <w:p w14:paraId="389F1D6C" w14:textId="77777777" w:rsidR="00931472" w:rsidRDefault="00977050">
      <w:r>
        <w:t>- Manage volunteers</w:t>
      </w:r>
    </w:p>
    <w:p w14:paraId="4B388CD4" w14:textId="77777777" w:rsidR="00931472" w:rsidRDefault="00931472"/>
    <w:p w14:paraId="537F7DA0" w14:textId="77777777" w:rsidR="00931472" w:rsidRDefault="00977050">
      <w:r>
        <w:t>5. Lawful Basis</w:t>
      </w:r>
    </w:p>
    <w:p w14:paraId="5D035072" w14:textId="77777777" w:rsidR="00931472" w:rsidRDefault="00977050">
      <w:r>
        <w:t>- Consent</w:t>
      </w:r>
    </w:p>
    <w:p w14:paraId="6331FFC7" w14:textId="77777777" w:rsidR="00931472" w:rsidRDefault="00977050">
      <w:r>
        <w:t>- Legitimate interests</w:t>
      </w:r>
    </w:p>
    <w:p w14:paraId="102E5162" w14:textId="77777777" w:rsidR="00931472" w:rsidRDefault="00931472"/>
    <w:p w14:paraId="5BF4D924" w14:textId="77777777" w:rsidR="00931472" w:rsidRDefault="00977050">
      <w:r>
        <w:t>6. Data Sharing</w:t>
      </w:r>
    </w:p>
    <w:p w14:paraId="5B3B314A" w14:textId="77777777" w:rsidR="00931472" w:rsidRDefault="00977050">
      <w:r>
        <w:t>We may share data with the school where necessary. We do not share data with third parties for marketing.</w:t>
      </w:r>
    </w:p>
    <w:p w14:paraId="08DEBD5A" w14:textId="77777777" w:rsidR="00931472" w:rsidRDefault="00931472"/>
    <w:p w14:paraId="6412D486" w14:textId="77777777" w:rsidR="00931472" w:rsidRDefault="00977050">
      <w:r>
        <w:t>7. Data Storage and Security</w:t>
      </w:r>
    </w:p>
    <w:p w14:paraId="417006AD" w14:textId="77777777" w:rsidR="00931472" w:rsidRDefault="00977050">
      <w:r>
        <w:t>- Secure, password-protected systems</w:t>
      </w:r>
    </w:p>
    <w:p w14:paraId="01BCE734" w14:textId="77777777" w:rsidR="00931472" w:rsidRDefault="00977050">
      <w:r>
        <w:t>- Access limited to committee members</w:t>
      </w:r>
    </w:p>
    <w:p w14:paraId="46FE6CE3" w14:textId="77777777" w:rsidR="00931472" w:rsidRDefault="00977050">
      <w:r>
        <w:t>- Avoid personal devices where possible</w:t>
      </w:r>
    </w:p>
    <w:p w14:paraId="29A426BF" w14:textId="77777777" w:rsidR="00931472" w:rsidRDefault="00931472"/>
    <w:p w14:paraId="196F358C" w14:textId="77777777" w:rsidR="00931472" w:rsidRDefault="00977050">
      <w:r>
        <w:t>8. Data Retention</w:t>
      </w:r>
    </w:p>
    <w:p w14:paraId="5A65EC43" w14:textId="77777777" w:rsidR="00931472" w:rsidRDefault="00977050">
      <w:r>
        <w:t>We only keep data as long as necessary and delete outdated information regularly.</w:t>
      </w:r>
    </w:p>
    <w:p w14:paraId="1325AD38" w14:textId="77777777" w:rsidR="00931472" w:rsidRDefault="00931472"/>
    <w:p w14:paraId="2772FFE2" w14:textId="77777777" w:rsidR="00931472" w:rsidRDefault="00977050">
      <w:r>
        <w:t>9. Individuals’ Rights</w:t>
      </w:r>
    </w:p>
    <w:p w14:paraId="01CF3FF8" w14:textId="77777777" w:rsidR="00931472" w:rsidRDefault="00977050">
      <w:r>
        <w:t>Individuals can request access, correction, deletion, or withdraw consent.</w:t>
      </w:r>
    </w:p>
    <w:p w14:paraId="06D5CFC9" w14:textId="77777777" w:rsidR="00931472" w:rsidRDefault="00931472"/>
    <w:p w14:paraId="5390F876" w14:textId="77777777" w:rsidR="00931472" w:rsidRDefault="00977050">
      <w:r>
        <w:t>10. Data Breaches</w:t>
      </w:r>
    </w:p>
    <w:p w14:paraId="7B98984D" w14:textId="77777777" w:rsidR="00931472" w:rsidRDefault="00977050">
      <w:r>
        <w:t>Breaches will be reported to the school and ICO if required.</w:t>
      </w:r>
    </w:p>
    <w:p w14:paraId="2817C3E6" w14:textId="77777777" w:rsidR="00931472" w:rsidRDefault="00931472"/>
    <w:p w14:paraId="32C3270C" w14:textId="77777777" w:rsidR="00931472" w:rsidRDefault="00977050">
      <w:r>
        <w:t>11. Contact</w:t>
      </w:r>
    </w:p>
    <w:p w14:paraId="03BDBEB2" w14:textId="0C118294" w:rsidR="00931472" w:rsidRDefault="00EF20B5">
      <w:r>
        <w:t>pta@bisham.org</w:t>
      </w:r>
    </w:p>
    <w:p w14:paraId="21496325" w14:textId="77777777" w:rsidR="00931472" w:rsidRDefault="00931472"/>
    <w:p w14:paraId="176D49ED" w14:textId="77777777" w:rsidR="00931472" w:rsidRDefault="00977050">
      <w:r>
        <w:t>12. Review</w:t>
      </w:r>
    </w:p>
    <w:p w14:paraId="56B9C783" w14:textId="77777777" w:rsidR="00931472" w:rsidRDefault="00977050">
      <w:r>
        <w:t>Reviewed annually.</w:t>
      </w:r>
    </w:p>
    <w:p w14:paraId="3027D232" w14:textId="77777777" w:rsidR="00931472" w:rsidRDefault="00931472"/>
    <w:sectPr w:rsidR="0093147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4930448">
    <w:abstractNumId w:val="8"/>
  </w:num>
  <w:num w:numId="2" w16cid:durableId="736900581">
    <w:abstractNumId w:val="6"/>
  </w:num>
  <w:num w:numId="3" w16cid:durableId="978610485">
    <w:abstractNumId w:val="5"/>
  </w:num>
  <w:num w:numId="4" w16cid:durableId="2090039484">
    <w:abstractNumId w:val="4"/>
  </w:num>
  <w:num w:numId="5" w16cid:durableId="223610147">
    <w:abstractNumId w:val="7"/>
  </w:num>
  <w:num w:numId="6" w16cid:durableId="1079672826">
    <w:abstractNumId w:val="3"/>
  </w:num>
  <w:num w:numId="7" w16cid:durableId="721639726">
    <w:abstractNumId w:val="2"/>
  </w:num>
  <w:num w:numId="8" w16cid:durableId="140003305">
    <w:abstractNumId w:val="1"/>
  </w:num>
  <w:num w:numId="9" w16cid:durableId="1430469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627A"/>
    <w:rsid w:val="0029639D"/>
    <w:rsid w:val="00326F90"/>
    <w:rsid w:val="00931472"/>
    <w:rsid w:val="00957DF8"/>
    <w:rsid w:val="00977050"/>
    <w:rsid w:val="00AA1D8D"/>
    <w:rsid w:val="00B260FD"/>
    <w:rsid w:val="00B47730"/>
    <w:rsid w:val="00CB0664"/>
    <w:rsid w:val="00EF20B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07BC70"/>
  <w14:defaultImageDpi w14:val="300"/>
  <w15:docId w15:val="{9C0E8546-FB84-A041-B9A6-E84E841B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193</Words>
  <Characters>1104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Stewart Cruickshank</cp:lastModifiedBy>
  <cp:revision>2</cp:revision>
  <dcterms:created xsi:type="dcterms:W3CDTF">2026-05-06T10:06:00Z</dcterms:created>
  <dcterms:modified xsi:type="dcterms:W3CDTF">2026-05-06T10:06:00Z</dcterms:modified>
  <cp:category/>
</cp:coreProperties>
</file>